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4E79"/>
          <w:sz w:val="22"/>
        </w:rPr>
        <w:t>MIDCOAST COUNCIL OF GOVERNMENTS</w:t>
      </w:r>
    </w:p>
    <w:p>
      <w:pPr>
        <w:spacing w:after="80"/>
        <w:jc w:val="center"/>
      </w:pPr>
      <w:r>
        <w:rPr>
          <w:b/>
          <w:color w:val="1F4E79"/>
          <w:sz w:val="36"/>
        </w:rPr>
        <w:t>TITLE VI COMPLAINT FORM</w:t>
      </w:r>
    </w:p>
    <w:p>
      <w:pPr>
        <w:spacing w:after="100"/>
        <w:jc w:val="center"/>
      </w:pPr>
      <w:r>
        <w:rPr>
          <w:sz w:val="19"/>
        </w:rPr>
        <w:t>Title VI of the Civil Rights Act of 1964 prohibits discrimination on the basis of race, color, or national origin in programs and activities receiving federal financial assistance.</w:t>
      </w:r>
    </w:p>
    <w:tbl>
      <w:tblPr>
        <w:tblW w:type="auto" w:w="0"/>
        <w:jc w:val="center"/>
        <w:tblLayout w:type="fixed"/>
        <w:tblLook w:firstColumn="1" w:firstRow="1" w:lastColumn="0" w:lastRow="0" w:noHBand="0" w:noVBand="1" w:val="04A0"/>
        <w:tblBorders>
          <w:top w:val="single" w:sz="8" w:space="0" w:color="9EADBA"/>
          <w:left w:val="single" w:sz="8" w:space="0" w:color="9EADBA"/>
          <w:bottom w:val="single" w:sz="8" w:space="0" w:color="9EADBA"/>
          <w:right w:val="single" w:sz="8" w:space="0" w:color="9EADBA"/>
          <w:insideH w:val="single" w:sz="8" w:space="0" w:color="9EADBA"/>
          <w:insideV w:val="single" w:sz="8" w:space="0" w:color="9EADBA"/>
        </w:tblBorders>
      </w:tblPr>
      <w:tblGrid>
        <w:gridCol w:w="10296"/>
      </w:tblGrid>
      <w:tr>
        <w:tc>
          <w:tcPr>
            <w:tcW w:type="dxa" w:w="10368"/>
            <w:shd w:fill="EEF3F8"/>
            <w:tcMar>
              <w:top w:w="100" w:type="dxa"/>
              <w:start w:w="120" w:type="dxa"/>
              <w:bottom w:w="100" w:type="dxa"/>
              <w:end w:w="120" w:type="dxa"/>
            </w:tcMar>
          </w:tcPr>
          <w:p>
            <w:r>
              <w:rPr>
                <w:b/>
              </w:rPr>
              <w:t xml:space="preserve">Instructions: </w:t>
            </w:r>
            <w:r>
              <w:t>Use this form to submit a complaint alleging discrimination by the Midcoast Council of Governments (MCOG) based on race, color, or national origin. Complaints should be filed within 180 days of the alleged discriminatory act. Please answer each question as completely as possible. Attach additional pages or supporting documents if needed.</w:t>
            </w:r>
          </w:p>
          <w:p>
            <w:pPr>
              <w:spacing w:after="0"/>
            </w:pPr>
            <w:r>
              <w:rPr>
                <w:b/>
              </w:rPr>
              <w:t xml:space="preserve">Need assistance, another language, or an accessible format? </w:t>
            </w:r>
            <w:r>
              <w:t>Contact MCOG at 207-209-4129.</w:t>
            </w:r>
          </w:p>
        </w:tc>
      </w:tr>
    </w:tbl>
    <w:p>
      <w:pPr>
        <w:spacing w:before="180" w:after="100"/>
      </w:pPr>
      <w:r>
        <w:rPr>
          <w:b/>
          <w:color w:val="1F4E79"/>
          <w:sz w:val="22"/>
        </w:rPr>
        <w:t>1. COMPLAINANT INFORMATION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84"/>
        <w:gridCol w:w="5184"/>
      </w:tblGrid>
      <w:tr>
        <w:tc>
          <w:tcPr>
            <w:tcW w:type="dxa" w:w="5112"/>
            <w:tcMar>
              <w:top w:w="90" w:type="dxa"/>
              <w:start w:w="90" w:type="dxa"/>
              <w:bottom w:w="90" w:type="dxa"/>
              <w:end w:w="90" w:type="dxa"/>
            </w:tcMar>
          </w:tcPr>
          <w:p>
            <w:pPr>
              <w:spacing w:after="0"/>
            </w:pPr>
            <w:r>
              <w:rPr>
                <w:b/>
              </w:rPr>
              <w:t>Name:</w:t>
            </w:r>
          </w:p>
        </w:tc>
        <w:tc>
          <w:tcPr>
            <w:tcW w:type="dxa" w:w="5112"/>
            <w:tcMar>
              <w:top w:w="90" w:type="dxa"/>
              <w:start w:w="90" w:type="dxa"/>
              <w:bottom w:w="90" w:type="dxa"/>
              <w:end w:w="90" w:type="dxa"/>
            </w:tcMar>
          </w:tcPr>
          <w:p>
            <w:pPr>
              <w:spacing w:after="0"/>
            </w:pPr>
            <w:r>
              <w:rPr>
                <w:b/>
              </w:rPr>
              <w:t>Preferred Name / Pronouns (optional):</w:t>
            </w:r>
          </w:p>
        </w:tc>
      </w:tr>
      <w:tr>
        <w:tc>
          <w:tcPr>
            <w:tcW w:type="dxa" w:w="5112"/>
            <w:tcMar>
              <w:top w:w="90" w:type="dxa"/>
              <w:start w:w="90" w:type="dxa"/>
              <w:bottom w:w="90" w:type="dxa"/>
              <w:end w:w="90" w:type="dxa"/>
            </w:tcMar>
          </w:tcPr>
          <w:p>
            <w:pPr>
              <w:spacing w:after="0"/>
            </w:pPr>
            <w:r>
              <w:rPr>
                <w:b/>
              </w:rPr>
              <w:t>Mailing Address:</w:t>
            </w:r>
          </w:p>
        </w:tc>
        <w:tc>
          <w:tcPr>
            <w:tcW w:type="dxa" w:w="5112"/>
            <w:tcMar>
              <w:top w:w="90" w:type="dxa"/>
              <w:start w:w="90" w:type="dxa"/>
              <w:bottom w:w="90" w:type="dxa"/>
              <w:end w:w="90" w:type="dxa"/>
            </w:tcMar>
          </w:tcPr>
          <w:p>
            <w:pPr>
              <w:spacing w:after="0"/>
            </w:pPr>
            <w:r>
              <w:rPr>
                <w:b/>
              </w:rPr>
              <w:t>City / State / ZIP:</w:t>
            </w:r>
          </w:p>
        </w:tc>
      </w:tr>
      <w:tr>
        <w:tc>
          <w:tcPr>
            <w:tcW w:type="dxa" w:w="5112"/>
            <w:tcMar>
              <w:top w:w="90" w:type="dxa"/>
              <w:start w:w="90" w:type="dxa"/>
              <w:bottom w:w="90" w:type="dxa"/>
              <w:end w:w="90" w:type="dxa"/>
            </w:tcMar>
          </w:tcPr>
          <w:p>
            <w:pPr>
              <w:spacing w:after="0"/>
            </w:pPr>
            <w:r>
              <w:rPr>
                <w:b/>
              </w:rPr>
              <w:t>Telephone:</w:t>
            </w:r>
          </w:p>
        </w:tc>
        <w:tc>
          <w:tcPr>
            <w:tcW w:type="dxa" w:w="5112"/>
            <w:tcMar>
              <w:top w:w="90" w:type="dxa"/>
              <w:start w:w="90" w:type="dxa"/>
              <w:bottom w:w="90" w:type="dxa"/>
              <w:end w:w="90" w:type="dxa"/>
            </w:tcMar>
          </w:tcPr>
          <w:p>
            <w:pPr>
              <w:spacing w:after="0"/>
            </w:pPr>
            <w:r>
              <w:rPr>
                <w:b/>
              </w:rPr>
              <w:t>Email:</w:t>
            </w:r>
          </w:p>
        </w:tc>
      </w:tr>
      <w:tr>
        <w:tc>
          <w:tcPr>
            <w:tcW w:type="dxa" w:w="5112"/>
            <w:tcMar>
              <w:top w:w="90" w:type="dxa"/>
              <w:start w:w="90" w:type="dxa"/>
              <w:bottom w:w="90" w:type="dxa"/>
              <w:end w:w="90" w:type="dxa"/>
            </w:tcMar>
          </w:tcPr>
          <w:p>
            <w:pPr>
              <w:spacing w:after="0"/>
            </w:pPr>
            <w:r>
              <w:rPr>
                <w:b/>
              </w:rPr>
              <w:t>Preferred Contact Method:  [ ] Phone   [ ] Email   [ ] Mail</w:t>
            </w:r>
          </w:p>
        </w:tc>
        <w:tc>
          <w:tcPr>
            <w:tcW w:type="dxa" w:w="5112"/>
            <w:tcMar>
              <w:top w:w="90" w:type="dxa"/>
              <w:start w:w="90" w:type="dxa"/>
              <w:bottom w:w="90" w:type="dxa"/>
              <w:end w:w="90" w:type="dxa"/>
            </w:tcMar>
          </w:tcPr>
          <w:p>
            <w:pPr>
              <w:spacing w:after="0"/>
            </w:pPr>
            <w:r>
              <w:rPr>
                <w:b/>
              </w:rPr>
              <w:t>Accessible Format Needed?  [ ] No   [ ] Yes: __________________</w:t>
            </w:r>
          </w:p>
        </w:tc>
      </w:tr>
    </w:tbl>
    <w:p>
      <w:pPr>
        <w:spacing w:before="180" w:after="100"/>
      </w:pPr>
      <w:r>
        <w:rPr>
          <w:b/>
          <w:color w:val="1F4E79"/>
          <w:sz w:val="22"/>
        </w:rPr>
        <w:t>2. IF FILING ON BEHALF OF SOMEONE ELSE</w:t>
      </w:r>
    </w:p>
    <w:p>
      <w:pPr>
        <w:spacing w:after="80"/>
      </w:pPr>
      <w:r>
        <w:t>Are you filing this complaint on your own behalf?    [ ] Yes    [ ] No</w:t>
      </w:r>
    </w:p>
    <w:p>
      <w:pPr>
        <w:spacing w:after="20"/>
      </w:pPr>
      <w:r>
        <w:t>If No, provide the name of the person for whom you are filing and your relationship to that person:</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after="60"/>
      </w:pPr>
      <w:r>
        <w:t>Have you obtained permission from that person to file this complaint on their behalf?    [ ] Yes    [ ] No</w:t>
      </w:r>
    </w:p>
    <w:p>
      <w:pPr>
        <w:spacing w:before="180" w:after="100"/>
      </w:pPr>
      <w:r>
        <w:rPr>
          <w:b/>
          <w:color w:val="1F4E79"/>
          <w:sz w:val="22"/>
        </w:rPr>
        <w:t>3. BASIS OF COMPLAINT</w:t>
      </w:r>
    </w:p>
    <w:p>
      <w:pPr>
        <w:spacing w:after="40"/>
      </w:pPr>
      <w:r>
        <w:t>I believe the discrimination was based on (check all that apply):</w:t>
      </w:r>
    </w:p>
    <w:p>
      <w:pPr>
        <w:spacing w:after="100"/>
      </w:pPr>
      <w:r>
        <w:t>[ ] Race                         [ ] Color                         [ ] National Origin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84"/>
        <w:gridCol w:w="5184"/>
      </w:tblGrid>
      <w:tr>
        <w:tc>
          <w:tcPr>
            <w:tcW w:type="dxa" w:w="5184"/>
            <w:tcMar>
              <w:top w:w="90" w:type="dxa"/>
              <w:start w:w="90" w:type="dxa"/>
              <w:bottom w:w="90" w:type="dxa"/>
              <w:end w:w="90" w:type="dxa"/>
            </w:tcMar>
          </w:tcPr>
          <w:p>
            <w:pPr>
              <w:spacing w:after="0"/>
            </w:pPr>
            <w:r>
              <w:rPr>
                <w:b/>
              </w:rPr>
              <w:t>Date of Alleged Discrimination:</w:t>
            </w:r>
          </w:p>
        </w:tc>
        <w:tc>
          <w:tcPr>
            <w:tcW w:type="dxa" w:w="5184"/>
            <w:tcMar>
              <w:top w:w="90" w:type="dxa"/>
              <w:start w:w="90" w:type="dxa"/>
              <w:bottom w:w="90" w:type="dxa"/>
              <w:end w:w="90" w:type="dxa"/>
            </w:tcMar>
          </w:tcPr>
          <w:p>
            <w:pPr>
              <w:spacing w:after="0"/>
            </w:pPr>
            <w:r>
              <w:rPr>
                <w:b/>
              </w:rPr>
              <w:t>Location of Incident:</w:t>
            </w:r>
          </w:p>
        </w:tc>
      </w:tr>
      <w:tr>
        <w:tc>
          <w:tcPr>
            <w:tcW w:type="dxa" w:w="5184"/>
            <w:tcMar>
              <w:top w:w="90" w:type="dxa"/>
              <w:start w:w="90" w:type="dxa"/>
              <w:bottom w:w="90" w:type="dxa"/>
              <w:end w:w="90" w:type="dxa"/>
            </w:tcMar>
          </w:tcPr>
          <w:p>
            <w:pPr>
              <w:spacing w:after="0"/>
            </w:pPr>
            <w:r>
              <w:rPr>
                <w:b/>
              </w:rPr>
              <w:t>MCOG Program, Activity, Service, Project, or Meeting Involved:</w:t>
            </w:r>
          </w:p>
        </w:tc>
        <w:tc>
          <w:tcPr>
            <w:tcW w:type="dxa" w:w="5184"/>
            <w:tcMar>
              <w:top w:w="90" w:type="dxa"/>
              <w:start w:w="90" w:type="dxa"/>
              <w:bottom w:w="90" w:type="dxa"/>
              <w:end w:w="90" w:type="dxa"/>
            </w:tcMar>
          </w:tcPr>
          <w:p>
            <w:pPr>
              <w:spacing w:after="0"/>
            </w:pPr>
            <w:r>
              <w:rPr>
                <w:b/>
              </w:rPr>
              <w:t>MCOG Staff / Representative Involved (if known):</w:t>
            </w:r>
          </w:p>
        </w:tc>
      </w:tr>
    </w:tbl>
    <w:p>
      <w:r>
        <w:br w:type="page"/>
      </w:r>
    </w:p>
    <w:p>
      <w:pPr>
        <w:spacing w:after="160"/>
        <w:jc w:val="center"/>
      </w:pPr>
      <w:r>
        <w:rPr>
          <w:b/>
          <w:color w:val="1F4E79"/>
          <w:sz w:val="26"/>
        </w:rPr>
        <w:t>TITLE VI COMPLAINT FORM - DETAILS</w:t>
      </w:r>
    </w:p>
    <w:p>
      <w:pPr>
        <w:spacing w:before="180" w:after="100"/>
      </w:pPr>
      <w:r>
        <w:rPr>
          <w:b/>
          <w:color w:val="1F4E79"/>
          <w:sz w:val="22"/>
        </w:rPr>
        <w:t>4. DESCRIPTION OF THE COMPLAINT</w:t>
      </w:r>
    </w:p>
    <w:p>
      <w:pPr>
        <w:spacing w:after="40"/>
      </w:pPr>
      <w:r>
        <w:t>Explain as clearly as possible what happened and why you believe the conduct was discriminatory. Include what was said or done, who was involved, and how you were affected. If the discrimination happened more than once, include the relevant dates or time period.</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after="20"/>
      </w:pPr>
      <w:r>
        <w:t>Names and contact information for witnesses or other persons with relevant information, if any:</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after="20"/>
      </w:pPr>
      <w:r>
        <w:t>Supporting documents attached (check all that apply):</w:t>
      </w:r>
    </w:p>
    <w:p>
      <w:pPr>
        <w:spacing w:after="80"/>
      </w:pPr>
      <w:r>
        <w:t>[ ] Correspondence     [ ] Meeting materials     [ ] Photos / screenshots     [ ] Other: __________________________</w:t>
      </w:r>
    </w:p>
    <w:p>
      <w:r>
        <w:br w:type="page"/>
      </w:r>
    </w:p>
    <w:p>
      <w:pPr>
        <w:spacing w:after="160"/>
        <w:jc w:val="center"/>
      </w:pPr>
      <w:r>
        <w:rPr>
          <w:b/>
          <w:color w:val="1F4E79"/>
          <w:sz w:val="26"/>
        </w:rPr>
        <w:t>TITLE VI COMPLAINT FORM - FILING &amp; CERTIFICATION</w:t>
      </w:r>
    </w:p>
    <w:p>
      <w:pPr>
        <w:spacing w:before="180" w:after="100"/>
      </w:pPr>
      <w:r>
        <w:rPr>
          <w:b/>
          <w:color w:val="1F4E79"/>
          <w:sz w:val="22"/>
        </w:rPr>
        <w:t>5. OTHER COMPLAINTS OR FILINGS</w:t>
      </w:r>
    </w:p>
    <w:p>
      <w:pPr>
        <w:spacing w:after="40"/>
      </w:pPr>
      <w:r>
        <w:t>Have you filed this complaint with another federal, state, or local agency, or with a court?    [ ] Yes    [ ] No</w:t>
      </w:r>
    </w:p>
    <w:p>
      <w:pPr>
        <w:spacing w:after="20"/>
      </w:pPr>
      <w:r>
        <w:t>If Yes, identify the agency or court and, if known, the date filed and case/complaint number:</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after="20"/>
      </w:pPr>
      <w:r>
        <w:t>Contact person at that agency or court (if known):</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180" w:after="100"/>
      </w:pPr>
      <w:r>
        <w:rPr>
          <w:b/>
          <w:color w:val="1F4E79"/>
          <w:sz w:val="22"/>
        </w:rPr>
        <w:t>6. REQUESTED RESOLUTION (OPTIONAL)</w:t>
      </w:r>
    </w:p>
    <w:p>
      <w:pPr>
        <w:spacing w:after="20"/>
      </w:pPr>
      <w:r>
        <w:t>What action or outcome would you like MCOG to consider in resolving this complaint?</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0" w:after="40" w:line="240" w:lineRule="auto"/>
      </w:pPr>
      <w:r>
        <w:rPr>
          <w:color w:val="5A5A5A"/>
          <w:sz w:val="20"/>
        </w:rPr>
        <w:t>________________________________________________________________________________</w:t>
      </w:r>
    </w:p>
    <w:p>
      <w:pPr>
        <w:spacing w:before="180" w:after="100"/>
      </w:pPr>
      <w:r>
        <w:rPr>
          <w:b/>
          <w:color w:val="1F4E79"/>
          <w:sz w:val="22"/>
        </w:rPr>
        <w:t>7. CERTIFICATION</w:t>
      </w:r>
    </w:p>
    <w:p>
      <w:pPr>
        <w:spacing w:after="160"/>
      </w:pPr>
      <w:r>
        <w:t>I certify that the information I have provided is true and complete to the best of my knowledge. I understand that MCOG may contact me for additional information needed to review or investigate this complaint.</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84"/>
        <w:gridCol w:w="5184"/>
      </w:tblGrid>
      <w:tr>
        <w:tc>
          <w:tcPr>
            <w:tcW w:type="dxa" w:w="5184"/>
            <w:tcMar>
              <w:top w:w="100" w:type="dxa"/>
              <w:start w:w="90" w:type="dxa"/>
              <w:bottom w:w="100" w:type="dxa"/>
              <w:end w:w="90" w:type="dxa"/>
            </w:tcMar>
          </w:tcPr>
          <w:p>
            <w:pPr>
              <w:spacing w:after="0"/>
            </w:pPr>
            <w:r>
              <w:rPr>
                <w:b/>
              </w:rPr>
              <w:t>Signature:</w:t>
            </w:r>
          </w:p>
        </w:tc>
        <w:tc>
          <w:tcPr>
            <w:tcW w:type="dxa" w:w="5184"/>
            <w:tcMar>
              <w:top w:w="100" w:type="dxa"/>
              <w:start w:w="90" w:type="dxa"/>
              <w:bottom w:w="100" w:type="dxa"/>
              <w:end w:w="90" w:type="dxa"/>
            </w:tcMar>
          </w:tcPr>
          <w:p>
            <w:pPr>
              <w:spacing w:after="0"/>
            </w:pPr>
            <w:r>
              <w:rPr>
                <w:b/>
              </w:rPr>
              <w:t>Date:</w:t>
            </w:r>
          </w:p>
        </w:tc>
      </w:tr>
      <w:tr>
        <w:tc>
          <w:tcPr>
            <w:tcW w:type="dxa" w:w="5184"/>
            <w:tcMar>
              <w:top w:w="100" w:type="dxa"/>
              <w:start w:w="90" w:type="dxa"/>
              <w:bottom w:w="100" w:type="dxa"/>
              <w:end w:w="90" w:type="dxa"/>
            </w:tcMar>
          </w:tcPr>
          <w:p>
            <w:pPr>
              <w:spacing w:after="0"/>
            </w:pPr>
            <w:r>
              <w:rPr>
                <w:b/>
              </w:rPr>
              <w:t>Printed Name:</w:t>
            </w:r>
          </w:p>
        </w:tc>
        <w:tc>
          <w:tcPr>
            <w:tcW w:type="dxa" w:w="5184"/>
            <w:tcMar>
              <w:top w:w="100" w:type="dxa"/>
              <w:start w:w="90" w:type="dxa"/>
              <w:bottom w:w="100" w:type="dxa"/>
              <w:end w:w="90" w:type="dxa"/>
            </w:tcMar>
          </w:tcPr>
          <w:p>
            <w:pPr>
              <w:spacing w:after="0"/>
            </w:pPr>
            <w:r>
              <w:rPr>
                <w:b/>
              </w:rPr>
              <w:t>If signed by a representative, relationship to complainant:</w:t>
            </w:r>
          </w:p>
        </w:tc>
      </w:tr>
    </w:tbl>
    <w:p>
      <w:pPr>
        <w:spacing w:before="180" w:after="100"/>
      </w:pPr>
      <w:r>
        <w:rPr>
          <w:b/>
          <w:color w:val="1F4E79"/>
          <w:sz w:val="22"/>
        </w:rPr>
        <w:t>8. SUBMIT THIS FORM</w:t>
      </w:r>
    </w:p>
    <w:tbl>
      <w:tblPr>
        <w:tblW w:type="auto" w:w="0"/>
        <w:jc w:val="center"/>
        <w:tblLayout w:type="fixed"/>
        <w:tblLook w:firstColumn="1" w:firstRow="1" w:lastColumn="0" w:lastRow="0" w:noHBand="0" w:noVBand="1" w:val="04A0"/>
        <w:tblBorders>
          <w:top w:val="single" w:sz="8" w:space="0" w:color="9EADBA"/>
          <w:left w:val="single" w:sz="8" w:space="0" w:color="9EADBA"/>
          <w:bottom w:val="single" w:sz="8" w:space="0" w:color="9EADBA"/>
          <w:right w:val="single" w:sz="8" w:space="0" w:color="9EADBA"/>
          <w:insideH w:val="single" w:sz="8" w:space="0" w:color="9EADBA"/>
          <w:insideV w:val="single" w:sz="8" w:space="0" w:color="9EADBA"/>
        </w:tblBorders>
      </w:tblPr>
      <w:tblGrid>
        <w:gridCol w:w="10368"/>
      </w:tblGrid>
      <w:tr>
        <w:tc>
          <w:tcPr>
            <w:tcW w:type="dxa" w:w="10368"/>
            <w:shd w:fill="F7F9FB"/>
            <w:tcMar>
              <w:top w:w="110" w:type="dxa"/>
              <w:start w:w="130" w:type="dxa"/>
              <w:bottom w:w="110" w:type="dxa"/>
              <w:end w:w="130" w:type="dxa"/>
            </w:tcMar>
          </w:tcPr>
          <w:p>
            <w:r>
              <w:rPr>
                <w:b/>
              </w:rPr>
              <w:t>Title VI Coordinator</w:t>
              <w:br/>
              <w:t>Midcoast Council of Governments</w:t>
            </w:r>
            <w:r>
              <w:br/>
              <w:t>Mail: PO Box 62, Damariscotta, ME 04543</w:t>
            </w:r>
            <w:r>
              <w:br/>
              <w:t>Office: 165 Main Street, Suite F, Damariscotta, ME 04543</w:t>
            </w:r>
            <w:r>
              <w:br/>
              <w:t>Phone: 207-209-4129</w:t>
            </w:r>
          </w:p>
          <w:p>
            <w:pPr>
              <w:spacing w:after="0"/>
            </w:pPr>
            <w:r>
              <w:rPr>
                <w:i/>
              </w:rPr>
              <w:t>Filing a complaint with MCOG does not prevent you from filing a complaint with an appropriate state or federal civil rights agency.</w:t>
            </w:r>
          </w:p>
        </w:tc>
      </w:tr>
    </w:tbl>
    <w:p>
      <w:pPr>
        <w:spacing w:before="200" w:after="60"/>
      </w:pPr>
      <w:r>
        <w:rPr>
          <w:b/>
          <w:color w:val="5A5A5A"/>
          <w:sz w:val="18"/>
        </w:rPr>
        <w:t>FOR MCOG USE ONLY</w:t>
      </w:r>
    </w:p>
    <w:tbl>
      <w:tblPr>
        <w:tblW w:type="auto" w:w="0"/>
        <w:jc w:val="center"/>
        <w:tblLayout w:type="fixed"/>
        <w:tblLook w:firstColumn="1" w:firstRow="1" w:lastColumn="0" w:lastRow="0" w:noHBand="0" w:noVBand="1" w:val="04A0"/>
        <w:tblBorders>
          <w:top w:val="single" w:sz="5" w:space="0" w:color="C6C6C6"/>
          <w:left w:val="single" w:sz="5" w:space="0" w:color="C6C6C6"/>
          <w:bottom w:val="single" w:sz="5" w:space="0" w:color="C6C6C6"/>
          <w:right w:val="single" w:sz="5" w:space="0" w:color="C6C6C6"/>
          <w:insideH w:val="single" w:sz="5" w:space="0" w:color="C6C6C6"/>
          <w:insideV w:val="single" w:sz="5" w:space="0" w:color="C6C6C6"/>
        </w:tblBorders>
      </w:tblPr>
      <w:tblGrid>
        <w:gridCol w:w="3456"/>
        <w:gridCol w:w="3456"/>
        <w:gridCol w:w="3456"/>
      </w:tblGrid>
      <w:tr>
        <w:tc>
          <w:tcPr>
            <w:tcW w:type="dxa" w:w="3456"/>
            <w:tcMar>
              <w:top w:w="75" w:type="dxa"/>
              <w:start w:w="90" w:type="dxa"/>
              <w:bottom w:w="75" w:type="dxa"/>
              <w:end w:w="90" w:type="dxa"/>
            </w:tcMar>
          </w:tcPr>
          <w:p>
            <w:pPr>
              <w:spacing w:after="0"/>
            </w:pPr>
            <w:r>
              <w:rPr>
                <w:b/>
              </w:rPr>
              <w:t>Date Received:</w:t>
            </w:r>
          </w:p>
        </w:tc>
        <w:tc>
          <w:tcPr>
            <w:tcW w:type="dxa" w:w="3456"/>
            <w:tcMar>
              <w:top w:w="75" w:type="dxa"/>
              <w:start w:w="90" w:type="dxa"/>
              <w:bottom w:w="75" w:type="dxa"/>
              <w:end w:w="90" w:type="dxa"/>
            </w:tcMar>
          </w:tcPr>
          <w:p>
            <w:pPr>
              <w:spacing w:after="0"/>
            </w:pPr>
            <w:r>
              <w:rPr>
                <w:b/>
              </w:rPr>
              <w:t>Complaint No.:</w:t>
            </w:r>
          </w:p>
        </w:tc>
        <w:tc>
          <w:tcPr>
            <w:tcW w:type="dxa" w:w="3456"/>
            <w:tcMar>
              <w:top w:w="75" w:type="dxa"/>
              <w:start w:w="90" w:type="dxa"/>
              <w:bottom w:w="75" w:type="dxa"/>
              <w:end w:w="90" w:type="dxa"/>
            </w:tcMar>
          </w:tcPr>
          <w:p>
            <w:pPr>
              <w:spacing w:after="0"/>
            </w:pPr>
            <w:r>
              <w:rPr>
                <w:b/>
              </w:rPr>
              <w:t>Received By:</w:t>
            </w:r>
          </w:p>
        </w:tc>
      </w:tr>
      <w:tr>
        <w:tc>
          <w:tcPr>
            <w:tcW w:type="dxa" w:w="3456"/>
            <w:tcMar>
              <w:top w:w="75" w:type="dxa"/>
              <w:start w:w="90" w:type="dxa"/>
              <w:bottom w:w="75" w:type="dxa"/>
              <w:end w:w="90" w:type="dxa"/>
            </w:tcMar>
          </w:tcPr>
          <w:p>
            <w:pPr>
              <w:spacing w:after="0"/>
            </w:pPr>
            <w:r>
              <w:rPr>
                <w:b/>
              </w:rPr>
              <w:t>Acknowledgment Sent:</w:t>
            </w:r>
          </w:p>
        </w:tc>
        <w:tc>
          <w:tcPr>
            <w:tcW w:type="dxa" w:w="3456"/>
            <w:tcMar>
              <w:top w:w="75" w:type="dxa"/>
              <w:start w:w="90" w:type="dxa"/>
              <w:bottom w:w="75" w:type="dxa"/>
              <w:end w:w="90" w:type="dxa"/>
            </w:tcMar>
          </w:tcPr>
          <w:p>
            <w:pPr>
              <w:spacing w:after="0"/>
            </w:pPr>
            <w:r>
              <w:rPr>
                <w:b/>
              </w:rPr>
              <w:t>Disposition / Status:</w:t>
            </w:r>
          </w:p>
        </w:tc>
        <w:tc>
          <w:tcPr>
            <w:tcW w:type="dxa" w:w="3456"/>
            <w:tcMar>
              <w:top w:w="75" w:type="dxa"/>
              <w:start w:w="90" w:type="dxa"/>
              <w:bottom w:w="75" w:type="dxa"/>
              <w:end w:w="90" w:type="dxa"/>
            </w:tcMar>
          </w:tcPr>
          <w:p>
            <w:pPr>
              <w:spacing w:after="0"/>
            </w:pPr>
            <w:r>
              <w:rPr>
                <w:b/>
              </w:rPr>
              <w:t>Date Closed:</w:t>
            </w:r>
          </w:p>
        </w:tc>
      </w:tr>
    </w:tbl>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6"/>
      </w:rPr>
      <w:t>Midcoast Council of Governments | Title VI Complaint 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Midcoast Council of Governments Title VI Complaint Form</dc:title>
  <dc:subject>Title VI civil rights complaint form</dc:subject>
  <dc:creator>Midcoast Council of Governments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